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3312"/>
      </w:tblGrid>
      <w:tr w:rsidR="00534138" w14:paraId="2C15D795" w14:textId="77777777">
        <w:trPr>
          <w:jc w:val="center"/>
        </w:trPr>
        <w:tc>
          <w:tcPr>
            <w:tcW w:w="6480" w:type="dxa"/>
          </w:tcPr>
          <w:p w14:paraId="4F1E0689" w14:textId="175C0C78" w:rsidR="00534138" w:rsidRPr="00297CEE" w:rsidRDefault="009D716E">
            <w:pPr>
              <w:spacing w:after="40"/>
              <w:rPr>
                <w:lang w:val="sv-SE"/>
              </w:rPr>
            </w:pPr>
            <w:r w:rsidRPr="00297CEE">
              <w:rPr>
                <w:rFonts w:ascii="Arial" w:hAnsi="Arial"/>
                <w:b/>
                <w:lang w:val="sv-SE"/>
              </w:rPr>
              <w:t>SKEPPARE SOCIETETEN I NORRKÖPING</w:t>
            </w:r>
            <w:r w:rsidRPr="00297CEE">
              <w:rPr>
                <w:rFonts w:ascii="Arial" w:hAnsi="Arial"/>
                <w:b/>
                <w:lang w:val="sv-SE"/>
              </w:rPr>
              <w:br/>
            </w:r>
            <w:r w:rsidRPr="00297CEE">
              <w:rPr>
                <w:rFonts w:ascii="Arial" w:hAnsi="Arial"/>
                <w:sz w:val="20"/>
                <w:lang w:val="sv-SE"/>
              </w:rPr>
              <w:t xml:space="preserve">c/o </w:t>
            </w:r>
            <w:r w:rsidR="00297CEE">
              <w:rPr>
                <w:rFonts w:ascii="Arial" w:hAnsi="Arial"/>
                <w:sz w:val="20"/>
                <w:lang w:val="sv-SE"/>
              </w:rPr>
              <w:t>Mona</w:t>
            </w:r>
            <w:r w:rsidRPr="00297CEE">
              <w:rPr>
                <w:rFonts w:ascii="Arial" w:hAnsi="Arial"/>
                <w:sz w:val="20"/>
                <w:lang w:val="sv-SE"/>
              </w:rPr>
              <w:t xml:space="preserve"> Tolander</w:t>
            </w:r>
            <w:r w:rsidRPr="00297CEE">
              <w:rPr>
                <w:rFonts w:ascii="Arial" w:hAnsi="Arial"/>
                <w:sz w:val="20"/>
                <w:lang w:val="sv-SE"/>
              </w:rPr>
              <w:br/>
            </w:r>
            <w:proofErr w:type="spellStart"/>
            <w:r w:rsidRPr="00297CEE">
              <w:rPr>
                <w:rFonts w:ascii="Arial" w:hAnsi="Arial"/>
                <w:sz w:val="20"/>
                <w:lang w:val="sv-SE"/>
              </w:rPr>
              <w:t>Ekhyddan</w:t>
            </w:r>
            <w:proofErr w:type="spellEnd"/>
            <w:r w:rsidRPr="00297CEE">
              <w:rPr>
                <w:rFonts w:ascii="Arial" w:hAnsi="Arial"/>
                <w:sz w:val="20"/>
                <w:lang w:val="sv-SE"/>
              </w:rPr>
              <w:br/>
              <w:t>Skärkind</w:t>
            </w:r>
            <w:r w:rsidRPr="00297CEE">
              <w:rPr>
                <w:rFonts w:ascii="Arial" w:hAnsi="Arial"/>
                <w:sz w:val="20"/>
                <w:lang w:val="sv-SE"/>
              </w:rPr>
              <w:br/>
              <w:t>610 21 NORSHOLM</w:t>
            </w:r>
            <w:r w:rsidR="002E007E">
              <w:rPr>
                <w:rFonts w:ascii="Arial" w:hAnsi="Arial"/>
                <w:sz w:val="20"/>
                <w:lang w:val="sv-SE"/>
              </w:rPr>
              <w:br/>
              <w:t xml:space="preserve">Går även bra att skicka ansökan via </w:t>
            </w:r>
            <w:proofErr w:type="gramStart"/>
            <w:r w:rsidR="002E007E">
              <w:rPr>
                <w:rFonts w:ascii="Arial" w:hAnsi="Arial"/>
                <w:sz w:val="20"/>
                <w:lang w:val="sv-SE"/>
              </w:rPr>
              <w:t>mail</w:t>
            </w:r>
            <w:proofErr w:type="gramEnd"/>
            <w:r w:rsidR="002E007E">
              <w:rPr>
                <w:rFonts w:ascii="Arial" w:hAnsi="Arial"/>
                <w:sz w:val="20"/>
                <w:lang w:val="sv-SE"/>
              </w:rPr>
              <w:t xml:space="preserve"> </w:t>
            </w:r>
            <w:r w:rsidR="00406D6E" w:rsidRPr="00406D6E">
              <w:rPr>
                <w:rFonts w:ascii="Arial" w:hAnsi="Arial"/>
                <w:sz w:val="20"/>
              </w:rPr>
              <w:fldChar w:fldCharType="begin"/>
            </w:r>
            <w:r w:rsidR="00406D6E" w:rsidRPr="00406D6E">
              <w:rPr>
                <w:rFonts w:ascii="Arial" w:hAnsi="Arial"/>
                <w:sz w:val="20"/>
                <w:lang w:val="sv-SE"/>
              </w:rPr>
              <w:instrText>HYPERLINK "mailto:skepparesocieteten@gmail.com"</w:instrText>
            </w:r>
            <w:r w:rsidR="00406D6E" w:rsidRPr="00406D6E">
              <w:rPr>
                <w:rFonts w:ascii="Arial" w:hAnsi="Arial"/>
                <w:sz w:val="20"/>
              </w:rPr>
            </w:r>
            <w:r w:rsidR="00406D6E" w:rsidRPr="00406D6E">
              <w:rPr>
                <w:rFonts w:ascii="Arial" w:hAnsi="Arial"/>
                <w:sz w:val="20"/>
              </w:rPr>
              <w:fldChar w:fldCharType="separate"/>
            </w:r>
            <w:r w:rsidR="00406D6E" w:rsidRPr="00406D6E">
              <w:rPr>
                <w:rStyle w:val="Hyperlnk"/>
                <w:rFonts w:ascii="Arial" w:hAnsi="Arial"/>
                <w:sz w:val="20"/>
                <w:lang w:val="sv-SE"/>
              </w:rPr>
              <w:t>skepparesocieteten@gmail.com</w:t>
            </w:r>
            <w:r w:rsidR="00406D6E" w:rsidRPr="00406D6E">
              <w:rPr>
                <w:rFonts w:ascii="Arial" w:hAnsi="Arial"/>
                <w:sz w:val="20"/>
                <w:lang w:val="sv-SE"/>
              </w:rPr>
              <w:fldChar w:fldCharType="end"/>
            </w:r>
            <w:r w:rsidR="00406D6E" w:rsidRPr="00406D6E">
              <w:rPr>
                <w:rFonts w:ascii="Arial" w:hAnsi="Arial"/>
                <w:sz w:val="20"/>
                <w:lang w:val="sv-SE"/>
              </w:rPr>
              <w:t> </w:t>
            </w:r>
            <w:r w:rsidR="002E007E">
              <w:rPr>
                <w:rFonts w:ascii="Arial" w:hAnsi="Arial"/>
                <w:sz w:val="20"/>
                <w:lang w:val="sv-SE"/>
              </w:rPr>
              <w:t xml:space="preserve"> (namnteckning behövs inte då). </w:t>
            </w:r>
            <w:r w:rsidRPr="00297CEE">
              <w:rPr>
                <w:rFonts w:ascii="Arial" w:hAnsi="Arial"/>
                <w:sz w:val="20"/>
                <w:lang w:val="sv-SE"/>
              </w:rPr>
              <w:br/>
            </w:r>
            <w:r w:rsidRPr="00297CEE">
              <w:rPr>
                <w:rFonts w:ascii="Arial" w:hAnsi="Arial"/>
                <w:sz w:val="20"/>
                <w:lang w:val="sv-SE"/>
              </w:rPr>
              <w:br/>
            </w:r>
            <w:r w:rsidRPr="00297CEE">
              <w:rPr>
                <w:rFonts w:ascii="Arial" w:hAnsi="Arial"/>
                <w:b/>
                <w:sz w:val="28"/>
                <w:lang w:val="sv-SE"/>
              </w:rPr>
              <w:t>Skeppare Societeten i Norrköpings stipendium</w:t>
            </w:r>
            <w:r w:rsidRPr="00297CEE">
              <w:rPr>
                <w:rFonts w:ascii="Arial" w:hAnsi="Arial"/>
                <w:b/>
                <w:sz w:val="28"/>
                <w:lang w:val="sv-SE"/>
              </w:rPr>
              <w:br/>
              <w:t>till Mats Bloms minne</w:t>
            </w:r>
          </w:p>
        </w:tc>
        <w:tc>
          <w:tcPr>
            <w:tcW w:w="3312" w:type="dxa"/>
          </w:tcPr>
          <w:p w14:paraId="4DED850B" w14:textId="77777777" w:rsidR="00534138" w:rsidRDefault="009D716E">
            <w:pPr>
              <w:spacing w:after="40"/>
              <w:jc w:val="right"/>
            </w:pPr>
            <w:proofErr w:type="spellStart"/>
            <w:r>
              <w:rPr>
                <w:rFonts w:ascii="Arial" w:hAnsi="Arial"/>
                <w:sz w:val="20"/>
              </w:rPr>
              <w:t>Läsår</w:t>
            </w:r>
            <w:proofErr w:type="spellEnd"/>
            <w:r>
              <w:rPr>
                <w:rFonts w:ascii="Arial" w:hAnsi="Arial"/>
                <w:sz w:val="20"/>
              </w:rPr>
              <w:t>:  ____________________</w:t>
            </w:r>
          </w:p>
        </w:tc>
      </w:tr>
    </w:tbl>
    <w:p w14:paraId="5CFC27C6" w14:textId="77777777" w:rsidR="00534138" w:rsidRDefault="00534138">
      <w:pPr>
        <w:spacing w:after="240"/>
      </w:pPr>
    </w:p>
    <w:p w14:paraId="508EBD0E" w14:textId="77777777" w:rsidR="00534138" w:rsidRDefault="009D716E">
      <w:pPr>
        <w:spacing w:before="200" w:after="80"/>
      </w:pPr>
      <w:r>
        <w:rPr>
          <w:rFonts w:ascii="Arial" w:hAnsi="Arial"/>
          <w:b/>
          <w:sz w:val="20"/>
        </w:rPr>
        <w:t>PERSONUPPGIFTER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534138" w14:paraId="6E52F8B3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0EF7B208" w14:textId="4D19B341" w:rsidR="00534138" w:rsidRDefault="009D716E">
            <w:pPr>
              <w:spacing w:after="40"/>
            </w:pPr>
            <w:proofErr w:type="spellStart"/>
            <w:r>
              <w:rPr>
                <w:rFonts w:ascii="Arial" w:hAnsi="Arial"/>
                <w:color w:val="323232"/>
                <w:sz w:val="19"/>
              </w:rPr>
              <w:t>Efternamn</w:t>
            </w:r>
            <w:proofErr w:type="spellEnd"/>
            <w:r>
              <w:rPr>
                <w:rFonts w:ascii="Arial" w:hAnsi="Arial"/>
                <w:color w:val="323232"/>
                <w:sz w:val="19"/>
              </w:rPr>
              <w:t>:</w:t>
            </w:r>
            <w:r w:rsidR="00297CEE">
              <w:rPr>
                <w:rFonts w:ascii="Arial" w:hAnsi="Arial"/>
                <w:color w:val="323232"/>
                <w:sz w:val="19"/>
              </w:rPr>
              <w:t xml:space="preserve"> 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4F759E9E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Förnamn:</w:t>
            </w:r>
          </w:p>
        </w:tc>
      </w:tr>
      <w:tr w:rsidR="00534138" w14:paraId="250954B0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001BDB0D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Personnummer: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47AF241D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Hemorts kommun:</w:t>
            </w:r>
          </w:p>
        </w:tc>
      </w:tr>
      <w:tr w:rsidR="00534138" w14:paraId="6D629688" w14:textId="77777777">
        <w:trPr>
          <w:jc w:val="center"/>
        </w:trPr>
        <w:tc>
          <w:tcPr>
            <w:tcW w:w="9792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202B83B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Adress:</w:t>
            </w:r>
          </w:p>
        </w:tc>
      </w:tr>
      <w:tr w:rsidR="00534138" w14:paraId="28D0EDCE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A35DD35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Postnummer: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F74398E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Ort:</w:t>
            </w:r>
          </w:p>
        </w:tc>
      </w:tr>
      <w:tr w:rsidR="00534138" w14:paraId="14E5BD09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23FBCFE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Telefon ink. riktnr.: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12424F37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Mobil Tel.:</w:t>
            </w:r>
          </w:p>
        </w:tc>
      </w:tr>
      <w:tr w:rsidR="00534138" w14:paraId="0F0FB9E1" w14:textId="77777777">
        <w:trPr>
          <w:jc w:val="center"/>
        </w:trPr>
        <w:tc>
          <w:tcPr>
            <w:tcW w:w="9792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4C91C3C2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E-postadress:</w:t>
            </w:r>
          </w:p>
        </w:tc>
      </w:tr>
      <w:tr w:rsidR="00534138" w14:paraId="1A46DAA3" w14:textId="77777777">
        <w:trPr>
          <w:jc w:val="center"/>
        </w:trPr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695A9C64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Utbildning:</w:t>
            </w:r>
          </w:p>
        </w:tc>
        <w:tc>
          <w:tcPr>
            <w:tcW w:w="4896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542E963F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Årskurs:</w:t>
            </w:r>
          </w:p>
        </w:tc>
      </w:tr>
      <w:tr w:rsidR="00534138" w14:paraId="121C54C9" w14:textId="77777777">
        <w:trPr>
          <w:jc w:val="center"/>
        </w:trPr>
        <w:tc>
          <w:tcPr>
            <w:tcW w:w="9792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2B3E5A56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Skolans namn:</w:t>
            </w:r>
          </w:p>
        </w:tc>
      </w:tr>
      <w:tr w:rsidR="00534138" w14:paraId="234A15BE" w14:textId="77777777">
        <w:trPr>
          <w:jc w:val="center"/>
        </w:trPr>
        <w:tc>
          <w:tcPr>
            <w:tcW w:w="9792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63ED57B1" w14:textId="77777777" w:rsidR="00534138" w:rsidRDefault="009D716E">
            <w:pPr>
              <w:spacing w:after="40"/>
            </w:pPr>
            <w:r>
              <w:rPr>
                <w:rFonts w:ascii="Arial" w:hAnsi="Arial"/>
                <w:color w:val="323232"/>
                <w:sz w:val="19"/>
              </w:rPr>
              <w:t>Vistelseadress under skoltiden:</w:t>
            </w:r>
          </w:p>
        </w:tc>
      </w:tr>
      <w:tr w:rsidR="00534138" w:rsidRPr="002E007E" w14:paraId="28D52754" w14:textId="77777777">
        <w:trPr>
          <w:jc w:val="center"/>
        </w:trPr>
        <w:tc>
          <w:tcPr>
            <w:tcW w:w="9792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6C30D7D6" w14:textId="7F7ADCB7" w:rsidR="00534138" w:rsidRPr="00297CEE" w:rsidRDefault="009D716E">
            <w:pPr>
              <w:spacing w:after="40"/>
              <w:rPr>
                <w:lang w:val="sv-SE"/>
              </w:rPr>
            </w:pPr>
            <w:r w:rsidRPr="00297CEE">
              <w:rPr>
                <w:rFonts w:ascii="Arial" w:hAnsi="Arial"/>
                <w:color w:val="323232"/>
                <w:sz w:val="19"/>
                <w:lang w:val="sv-SE"/>
              </w:rPr>
              <w:t>Om stipendiet beviljas vill jag ha det insatt på: (</w:t>
            </w:r>
            <w:r w:rsidR="00A84BD6">
              <w:rPr>
                <w:rFonts w:ascii="Arial" w:hAnsi="Arial"/>
                <w:color w:val="323232"/>
                <w:sz w:val="19"/>
                <w:lang w:val="sv-SE"/>
              </w:rPr>
              <w:t>Bank</w:t>
            </w:r>
            <w:r w:rsidR="006317B8">
              <w:rPr>
                <w:rFonts w:ascii="Arial" w:hAnsi="Arial"/>
                <w:color w:val="323232"/>
                <w:sz w:val="19"/>
                <w:lang w:val="sv-SE"/>
              </w:rPr>
              <w:t xml:space="preserve"> med </w:t>
            </w:r>
            <w:proofErr w:type="spellStart"/>
            <w:r w:rsidR="006317B8">
              <w:rPr>
                <w:rFonts w:ascii="Arial" w:hAnsi="Arial"/>
                <w:color w:val="323232"/>
                <w:sz w:val="19"/>
                <w:lang w:val="sv-SE"/>
              </w:rPr>
              <w:t>clearingnummer</w:t>
            </w:r>
            <w:proofErr w:type="spellEnd"/>
            <w:r w:rsidR="006317B8">
              <w:rPr>
                <w:rFonts w:ascii="Arial" w:hAnsi="Arial"/>
                <w:color w:val="323232"/>
                <w:sz w:val="19"/>
                <w:lang w:val="sv-SE"/>
              </w:rPr>
              <w:t xml:space="preserve"> och </w:t>
            </w:r>
            <w:proofErr w:type="spellStart"/>
            <w:r w:rsidR="006317B8">
              <w:rPr>
                <w:rFonts w:ascii="Arial" w:hAnsi="Arial"/>
                <w:color w:val="323232"/>
                <w:sz w:val="19"/>
                <w:lang w:val="sv-SE"/>
              </w:rPr>
              <w:t>kontnummer</w:t>
            </w:r>
            <w:proofErr w:type="spellEnd"/>
            <w:r w:rsidRPr="00297CEE">
              <w:rPr>
                <w:rFonts w:ascii="Arial" w:hAnsi="Arial"/>
                <w:color w:val="323232"/>
                <w:sz w:val="19"/>
                <w:lang w:val="sv-SE"/>
              </w:rPr>
              <w:t>)</w:t>
            </w:r>
          </w:p>
        </w:tc>
      </w:tr>
    </w:tbl>
    <w:p w14:paraId="14527B4A" w14:textId="77777777" w:rsidR="00534138" w:rsidRPr="00297CEE" w:rsidRDefault="00534138">
      <w:pPr>
        <w:spacing w:before="160"/>
        <w:rPr>
          <w:lang w:val="sv-SE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792"/>
      </w:tblGrid>
      <w:tr w:rsidR="00534138" w:rsidRPr="002E007E" w14:paraId="198EAD1F" w14:textId="77777777">
        <w:trPr>
          <w:jc w:val="center"/>
        </w:trPr>
        <w:tc>
          <w:tcPr>
            <w:tcW w:w="97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507B15" w14:textId="77777777" w:rsidR="00534138" w:rsidRPr="00297CEE" w:rsidRDefault="009D716E">
            <w:pPr>
              <w:spacing w:after="0"/>
              <w:rPr>
                <w:lang w:val="sv-SE"/>
              </w:rPr>
            </w:pPr>
            <w:r w:rsidRPr="00297CEE">
              <w:rPr>
                <w:rFonts w:ascii="Arial" w:hAnsi="Arial"/>
                <w:b/>
                <w:sz w:val="20"/>
                <w:lang w:val="sv-SE"/>
              </w:rPr>
              <w:t>Glöm ej att bifoga studieintyg från skolans</w:t>
            </w:r>
          </w:p>
        </w:tc>
      </w:tr>
    </w:tbl>
    <w:p w14:paraId="003EAF11" w14:textId="71FF6A5D" w:rsidR="00534138" w:rsidRDefault="009D716E" w:rsidP="00A84BD6">
      <w:pPr>
        <w:spacing w:before="360" w:after="120"/>
      </w:pPr>
      <w:r>
        <w:rPr>
          <w:rFonts w:ascii="Arial" w:hAnsi="Arial"/>
          <w:b/>
          <w:sz w:val="20"/>
        </w:rPr>
        <w:t>ÖVRIGA UPPLYSNINGAR</w:t>
      </w:r>
      <w:r w:rsidR="00A84BD6">
        <w:rPr>
          <w:rFonts w:ascii="Arial" w:hAnsi="Arial"/>
          <w:b/>
          <w:sz w:val="20"/>
        </w:rPr>
        <w:t>:</w:t>
      </w:r>
    </w:p>
    <w:p w14:paraId="7FCEC04A" w14:textId="77777777" w:rsidR="00534138" w:rsidRDefault="00534138">
      <w:pPr>
        <w:spacing w:after="240"/>
      </w:pPr>
    </w:p>
    <w:p w14:paraId="34E76558" w14:textId="77777777" w:rsidR="00A84BD6" w:rsidRDefault="00A84BD6">
      <w:pPr>
        <w:spacing w:after="2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4032"/>
      </w:tblGrid>
      <w:tr w:rsidR="00A84BD6" w14:paraId="7E801234" w14:textId="77777777" w:rsidTr="009F187E">
        <w:trPr>
          <w:jc w:val="center"/>
        </w:trPr>
        <w:tc>
          <w:tcPr>
            <w:tcW w:w="2880" w:type="dxa"/>
          </w:tcPr>
          <w:p w14:paraId="76827FF5" w14:textId="77777777" w:rsidR="00A84BD6" w:rsidRDefault="00A84BD6" w:rsidP="009F187E">
            <w:pPr>
              <w:spacing w:before="80"/>
            </w:pPr>
            <w:r>
              <w:rPr>
                <w:rFonts w:ascii="Arial" w:hAnsi="Arial"/>
                <w:sz w:val="19"/>
              </w:rPr>
              <w:t>Ort</w:t>
            </w:r>
          </w:p>
        </w:tc>
        <w:tc>
          <w:tcPr>
            <w:tcW w:w="2880" w:type="dxa"/>
          </w:tcPr>
          <w:p w14:paraId="0773E1DA" w14:textId="77777777" w:rsidR="00A84BD6" w:rsidRDefault="00A84BD6" w:rsidP="009F187E">
            <w:pPr>
              <w:spacing w:before="80"/>
            </w:pPr>
            <w:r>
              <w:rPr>
                <w:rFonts w:ascii="Arial" w:hAnsi="Arial"/>
                <w:sz w:val="19"/>
              </w:rPr>
              <w:t>Datum</w:t>
            </w:r>
          </w:p>
        </w:tc>
        <w:tc>
          <w:tcPr>
            <w:tcW w:w="4032" w:type="dxa"/>
          </w:tcPr>
          <w:p w14:paraId="03AC27D0" w14:textId="77777777" w:rsidR="00A84BD6" w:rsidRDefault="00A84BD6" w:rsidP="009F187E">
            <w:pPr>
              <w:spacing w:before="80"/>
            </w:pPr>
            <w:proofErr w:type="spellStart"/>
            <w:r>
              <w:rPr>
                <w:rFonts w:ascii="Arial" w:hAnsi="Arial"/>
                <w:sz w:val="19"/>
              </w:rPr>
              <w:t>Sökandes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namnteckning</w:t>
            </w:r>
            <w:proofErr w:type="spellEnd"/>
          </w:p>
        </w:tc>
      </w:tr>
    </w:tbl>
    <w:p w14:paraId="12474536" w14:textId="77777777" w:rsidR="00A84BD6" w:rsidRPr="00297CEE" w:rsidRDefault="00A84BD6" w:rsidP="00A84BD6">
      <w:pPr>
        <w:spacing w:before="480"/>
        <w:jc w:val="center"/>
        <w:rPr>
          <w:lang w:val="sv-SE"/>
        </w:rPr>
      </w:pPr>
      <w:r w:rsidRPr="00297CEE">
        <w:rPr>
          <w:rFonts w:ascii="Arial" w:hAnsi="Arial"/>
          <w:sz w:val="20"/>
          <w:lang w:val="sv-SE"/>
        </w:rPr>
        <w:lastRenderedPageBreak/>
        <w:t xml:space="preserve">Ansökan Societeten tillhanda </w:t>
      </w:r>
      <w:r w:rsidRPr="00A84BD6">
        <w:rPr>
          <w:rFonts w:ascii="Arial" w:hAnsi="Arial"/>
          <w:b/>
          <w:bCs/>
          <w:sz w:val="20"/>
          <w:lang w:val="sv-SE"/>
        </w:rPr>
        <w:t>senast den 31 januari</w:t>
      </w:r>
    </w:p>
    <w:p w14:paraId="39B3E207" w14:textId="77777777" w:rsidR="00534138" w:rsidRPr="00A84BD6" w:rsidRDefault="00534138">
      <w:pPr>
        <w:spacing w:after="240"/>
        <w:rPr>
          <w:lang w:val="sv-SE"/>
        </w:rPr>
      </w:pPr>
    </w:p>
    <w:p w14:paraId="44F2F43E" w14:textId="77777777" w:rsidR="00534138" w:rsidRPr="00A84BD6" w:rsidRDefault="00534138">
      <w:pPr>
        <w:spacing w:after="240"/>
        <w:rPr>
          <w:lang w:val="sv-SE"/>
        </w:rPr>
      </w:pPr>
    </w:p>
    <w:p w14:paraId="3790D63A" w14:textId="77777777" w:rsidR="00534138" w:rsidRPr="00A84BD6" w:rsidRDefault="00534138">
      <w:pPr>
        <w:spacing w:after="240"/>
        <w:rPr>
          <w:lang w:val="sv-S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4032"/>
      </w:tblGrid>
      <w:tr w:rsidR="00534138" w:rsidRPr="002E007E" w14:paraId="7A80F0E2" w14:textId="77777777">
        <w:trPr>
          <w:jc w:val="center"/>
        </w:trPr>
        <w:tc>
          <w:tcPr>
            <w:tcW w:w="2880" w:type="dxa"/>
          </w:tcPr>
          <w:p w14:paraId="4A773188" w14:textId="77777777" w:rsidR="00534138" w:rsidRPr="00A84BD6" w:rsidRDefault="00534138">
            <w:pPr>
              <w:spacing w:after="400"/>
              <w:rPr>
                <w:lang w:val="sv-SE"/>
              </w:rPr>
            </w:pPr>
          </w:p>
        </w:tc>
        <w:tc>
          <w:tcPr>
            <w:tcW w:w="2880" w:type="dxa"/>
          </w:tcPr>
          <w:p w14:paraId="59B40CAA" w14:textId="77777777" w:rsidR="00534138" w:rsidRPr="00A84BD6" w:rsidRDefault="00534138">
            <w:pPr>
              <w:spacing w:after="400"/>
              <w:rPr>
                <w:lang w:val="sv-SE"/>
              </w:rPr>
            </w:pPr>
          </w:p>
        </w:tc>
        <w:tc>
          <w:tcPr>
            <w:tcW w:w="4032" w:type="dxa"/>
          </w:tcPr>
          <w:p w14:paraId="6B56C2ED" w14:textId="77777777" w:rsidR="00534138" w:rsidRPr="00A84BD6" w:rsidRDefault="00534138">
            <w:pPr>
              <w:spacing w:after="400"/>
              <w:rPr>
                <w:lang w:val="sv-SE"/>
              </w:rPr>
            </w:pPr>
          </w:p>
        </w:tc>
      </w:tr>
    </w:tbl>
    <w:p w14:paraId="4AA9763D" w14:textId="21D153A4" w:rsidR="00534138" w:rsidRPr="00297CEE" w:rsidRDefault="00534138">
      <w:pPr>
        <w:spacing w:before="480"/>
        <w:jc w:val="center"/>
        <w:rPr>
          <w:lang w:val="sv-SE"/>
        </w:rPr>
      </w:pPr>
    </w:p>
    <w:sectPr w:rsidR="00534138" w:rsidRPr="00297CE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3321712">
    <w:abstractNumId w:val="8"/>
  </w:num>
  <w:num w:numId="2" w16cid:durableId="2109082884">
    <w:abstractNumId w:val="6"/>
  </w:num>
  <w:num w:numId="3" w16cid:durableId="293490409">
    <w:abstractNumId w:val="5"/>
  </w:num>
  <w:num w:numId="4" w16cid:durableId="481891486">
    <w:abstractNumId w:val="4"/>
  </w:num>
  <w:num w:numId="5" w16cid:durableId="854661105">
    <w:abstractNumId w:val="7"/>
  </w:num>
  <w:num w:numId="6" w16cid:durableId="1278873003">
    <w:abstractNumId w:val="3"/>
  </w:num>
  <w:num w:numId="7" w16cid:durableId="1456630724">
    <w:abstractNumId w:val="2"/>
  </w:num>
  <w:num w:numId="8" w16cid:durableId="203832738">
    <w:abstractNumId w:val="1"/>
  </w:num>
  <w:num w:numId="9" w16cid:durableId="67831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7CEE"/>
    <w:rsid w:val="002E007E"/>
    <w:rsid w:val="00326F90"/>
    <w:rsid w:val="00406D6E"/>
    <w:rsid w:val="00534138"/>
    <w:rsid w:val="006317B8"/>
    <w:rsid w:val="009D716E"/>
    <w:rsid w:val="00A84BD6"/>
    <w:rsid w:val="00AA1D8D"/>
    <w:rsid w:val="00B47730"/>
    <w:rsid w:val="00CA7E5B"/>
    <w:rsid w:val="00CB0664"/>
    <w:rsid w:val="00F63F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3B6A5BC-85B0-4DD6-8C30-FA73A74B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2E007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E0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Per Blomén</cp:lastModifiedBy>
  <cp:revision>6</cp:revision>
  <dcterms:created xsi:type="dcterms:W3CDTF">2013-12-23T23:15:00Z</dcterms:created>
  <dcterms:modified xsi:type="dcterms:W3CDTF">2026-10-25T15:34:00Z</dcterms:modified>
  <cp:category/>
</cp:coreProperties>
</file>